
<file path=[Content_Types].xml><?xml version="1.0" encoding="utf-8"?>
<Types xmlns="http://schemas.openxmlformats.org/package/2006/content-types">
  <Default Extension="jfif"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A8EB4" w14:textId="53C39CC5" w:rsidR="00CA5BC4" w:rsidRDefault="00927B4B" w:rsidP="00927B4B">
      <w:pPr>
        <w:pStyle w:val="NormalWeb"/>
        <w:spacing w:before="0" w:beforeAutospacing="0" w:after="0" w:afterAutospacing="0" w:line="360" w:lineRule="auto"/>
        <w:jc w:val="both"/>
        <w:rPr>
          <w:b/>
          <w:bCs/>
          <w:lang w:val="hu-HU"/>
        </w:rPr>
      </w:pPr>
      <w:r w:rsidRPr="00927B4B">
        <w:rPr>
          <w:b/>
          <w:bCs/>
          <w:lang w:val="hu-HU"/>
        </w:rPr>
        <w:t xml:space="preserve">Ferencz </w:t>
      </w:r>
      <w:proofErr w:type="gramStart"/>
      <w:r w:rsidRPr="00927B4B">
        <w:rPr>
          <w:b/>
          <w:bCs/>
          <w:lang w:val="hu-HU"/>
        </w:rPr>
        <w:t xml:space="preserve">( </w:t>
      </w:r>
      <w:proofErr w:type="spellStart"/>
      <w:r w:rsidRPr="00927B4B">
        <w:rPr>
          <w:b/>
          <w:bCs/>
          <w:lang w:val="hu-HU"/>
        </w:rPr>
        <w:t>Kurko</w:t>
      </w:r>
      <w:proofErr w:type="spellEnd"/>
      <w:proofErr w:type="gramEnd"/>
      <w:r w:rsidRPr="00927B4B">
        <w:rPr>
          <w:b/>
          <w:bCs/>
          <w:lang w:val="hu-HU"/>
        </w:rPr>
        <w:t>) Krisztina</w:t>
      </w:r>
      <w:r w:rsidRPr="00927B4B">
        <w:rPr>
          <w:b/>
          <w:bCs/>
          <w:lang w:val="hu-HU"/>
        </w:rPr>
        <w:t xml:space="preserve">, </w:t>
      </w:r>
      <w:proofErr w:type="spellStart"/>
      <w:r w:rsidRPr="00927B4B">
        <w:rPr>
          <w:b/>
          <w:bCs/>
          <w:lang w:val="hu-HU"/>
        </w:rPr>
        <w:t>Forditó</w:t>
      </w:r>
      <w:proofErr w:type="spellEnd"/>
      <w:r w:rsidRPr="00927B4B">
        <w:rPr>
          <w:b/>
          <w:bCs/>
          <w:lang w:val="hu-HU"/>
        </w:rPr>
        <w:t xml:space="preserve"> tolmács </w:t>
      </w:r>
      <w:proofErr w:type="spellStart"/>
      <w:r w:rsidRPr="00927B4B">
        <w:rPr>
          <w:b/>
          <w:bCs/>
          <w:lang w:val="hu-HU"/>
        </w:rPr>
        <w:t>MSc</w:t>
      </w:r>
      <w:proofErr w:type="spellEnd"/>
      <w:r w:rsidRPr="00927B4B">
        <w:rPr>
          <w:b/>
          <w:bCs/>
          <w:lang w:val="hu-HU"/>
        </w:rPr>
        <w:t>.</w:t>
      </w:r>
    </w:p>
    <w:p w14:paraId="279006F1" w14:textId="77777777" w:rsidR="00927B4B" w:rsidRPr="00927B4B" w:rsidRDefault="00927B4B" w:rsidP="00927B4B">
      <w:pPr>
        <w:pStyle w:val="NormalWeb"/>
        <w:spacing w:before="0" w:beforeAutospacing="0" w:after="0" w:afterAutospacing="0" w:line="360" w:lineRule="auto"/>
        <w:jc w:val="both"/>
        <w:rPr>
          <w:b/>
          <w:bCs/>
          <w:lang w:val="hu-HU"/>
        </w:rPr>
      </w:pPr>
    </w:p>
    <w:p w14:paraId="6DB21885" w14:textId="4841C25F" w:rsidR="00402B76" w:rsidRPr="00402B76" w:rsidRDefault="00402B76" w:rsidP="00927B4B">
      <w:pPr>
        <w:pStyle w:val="NormalWeb"/>
        <w:spacing w:before="0" w:beforeAutospacing="0" w:after="0" w:afterAutospacing="0" w:line="360" w:lineRule="auto"/>
        <w:jc w:val="both"/>
        <w:rPr>
          <w:lang w:val="hu-HU"/>
        </w:rPr>
      </w:pPr>
      <w:r w:rsidRPr="00402B76">
        <w:rPr>
          <w:lang w:val="hu-HU"/>
        </w:rPr>
        <w:t>Tanulmányi mobilitásom keretében lehetőségem nyílt Debrecenben, a Debreceni Egyetemen tölteni egy rendkívül tartalmas és élményekben gazdag időszakot. Az utazás autóbusszal történt, amely meglepően kellemes és kényelmes volt. Már az út során érezhető volt a csapat lelkesedése, és ez a jó hangulat végigkísérte az egész mobilitási programot. A közös utazás hozzájárult ahhoz, hogy közelebb kerüljünk egymáshoz, és megalapozta az együtt töltött napok pozitív légkörét.</w:t>
      </w:r>
    </w:p>
    <w:p w14:paraId="6463A8B1" w14:textId="77777777" w:rsidR="00402B76" w:rsidRPr="00402B76" w:rsidRDefault="00402B76" w:rsidP="00927B4B">
      <w:pPr>
        <w:pStyle w:val="NormalWeb"/>
        <w:spacing w:before="0" w:beforeAutospacing="0" w:after="0" w:afterAutospacing="0" w:line="360" w:lineRule="auto"/>
        <w:jc w:val="both"/>
        <w:rPr>
          <w:lang w:val="hu-HU"/>
        </w:rPr>
      </w:pPr>
      <w:r w:rsidRPr="00402B76">
        <w:rPr>
          <w:lang w:val="hu-HU"/>
        </w:rPr>
        <w:t>A Debreceni Egyetemen három meghatározó tantárgyon vettünk részt: Fordítástechnológia A–B és B–A nyelvek, valamint Bevezetés a fordítás elméletébe. Ezek az órák szakmailag rendkívül hasznosnak bizonyultak. A fordítástechnológia órák során megismerkedtünk különböző fordítást segítő eszközökkel és módszerekkel, amelyek a modern fordítói munkában elengedhetetlenek. Az A–B és B–A nyelvi irányok közötti különbségek gyakorlati feldolgozása segített jobban megérteni a nyelvi árnyalatokat és a fordítói döntések felelősségét. A Bevezetés a fordítás elméletébe tantárgy pedig elméleti alapot biztosított mindehhez: átfogó képet kaptunk a fordítástudomány főbb irányzatairól, megközelítéseiről és alapfogalmairól.</w:t>
      </w:r>
    </w:p>
    <w:p w14:paraId="5E4B6A3C" w14:textId="77777777" w:rsidR="00402B76" w:rsidRPr="00402B76" w:rsidRDefault="00402B76" w:rsidP="00927B4B">
      <w:pPr>
        <w:pStyle w:val="NormalWeb"/>
        <w:spacing w:before="0" w:beforeAutospacing="0" w:after="0" w:afterAutospacing="0" w:line="360" w:lineRule="auto"/>
        <w:jc w:val="both"/>
        <w:rPr>
          <w:lang w:val="hu-HU"/>
        </w:rPr>
      </w:pPr>
      <w:r w:rsidRPr="00402B76">
        <w:rPr>
          <w:lang w:val="hu-HU"/>
        </w:rPr>
        <w:t>Külön szeretném kiemelni az oktatók magas szintű felkészültségét és szakmai hozzáértését. Az órák interaktívak voltak, lehetőségünk nyílt kérdezni, véleményt formálni és közösen elemezni különböző szövegeket. A tanárok támogató hozzáállása nagyban hozzájárult ahhoz, hogy magabiztosabban használjuk nyelvi és szakmai tudásunkat. Az eszmecserék rendkívül inspirálóak voltak, hiszen nemcsak elméleti tudást szereztünk, hanem valódi szakmai tapasztalatokat is megoszthattunk egymással.</w:t>
      </w:r>
    </w:p>
    <w:p w14:paraId="0E377B22" w14:textId="77777777" w:rsidR="00402B76" w:rsidRPr="00402B76" w:rsidRDefault="00402B76" w:rsidP="00927B4B">
      <w:pPr>
        <w:pStyle w:val="NormalWeb"/>
        <w:spacing w:before="0" w:beforeAutospacing="0" w:after="0" w:afterAutospacing="0" w:line="360" w:lineRule="auto"/>
        <w:jc w:val="both"/>
        <w:rPr>
          <w:lang w:val="hu-HU"/>
        </w:rPr>
      </w:pPr>
      <w:r w:rsidRPr="00402B76">
        <w:rPr>
          <w:lang w:val="hu-HU"/>
        </w:rPr>
        <w:t>Az egyetem épülete és környezete szintén lenyűgöző volt. A csodaszép főépület impozáns megjelenése, a rendezett parkok és a modern tantermek különleges hangulatot teremtettek. Öröm volt minden nap belépni az egyetem területére, ahol a tanulás valóban inspiráló környezetben zajlott.</w:t>
      </w:r>
    </w:p>
    <w:p w14:paraId="017B7A15" w14:textId="77777777" w:rsidR="00402B76" w:rsidRPr="00402B76" w:rsidRDefault="00402B76" w:rsidP="00927B4B">
      <w:pPr>
        <w:pStyle w:val="NormalWeb"/>
        <w:spacing w:before="0" w:beforeAutospacing="0" w:after="0" w:afterAutospacing="0" w:line="360" w:lineRule="auto"/>
        <w:jc w:val="both"/>
        <w:rPr>
          <w:lang w:val="hu-HU"/>
        </w:rPr>
      </w:pPr>
      <w:r w:rsidRPr="00402B76">
        <w:rPr>
          <w:lang w:val="hu-HU"/>
        </w:rPr>
        <w:t xml:space="preserve">A szakmai programok mellett számos közös élményben is részünk volt. Ellátogattunk a debreceni Cinema Citybe, ahol a Zootropolis 2 című filmet néztük meg, ami remek kikapcsolódást nyújtott a tanulással töltött napok után. Vasárnap részt vettünk szentmisén a Szent Anna Székesegyházban, amely meghitt és emlékezetes élményt jelentett. Emellett </w:t>
      </w:r>
      <w:r w:rsidRPr="00402B76">
        <w:rPr>
          <w:lang w:val="hu-HU"/>
        </w:rPr>
        <w:lastRenderedPageBreak/>
        <w:t>vacsorázni és kávézni is jártunk; különösen a Black Sheep kávézó vált kedvelt helyünkké, ahol jó hangulatú beszélgetések és közös nevetések tették még emlékezetesebbé az együtt töltött időt. Ellátogattunk a debreceni Aquaticumba is, ahol úszhattunk és kikapcsolódhattunk, ami szintén hozzájárult a csapatszellem erősítéséhez. Emellett a Drazsé Bárban is kellemesen időztünk, beszélgettünk, nevettünk, és tovább mélyítettük a kialakult barátságokat.</w:t>
      </w:r>
    </w:p>
    <w:p w14:paraId="790729FA" w14:textId="77777777" w:rsidR="00402B76" w:rsidRPr="00402B76" w:rsidRDefault="00402B76" w:rsidP="00927B4B">
      <w:pPr>
        <w:pStyle w:val="NormalWeb"/>
        <w:spacing w:before="0" w:beforeAutospacing="0" w:after="0" w:afterAutospacing="0" w:line="360" w:lineRule="auto"/>
        <w:jc w:val="both"/>
        <w:rPr>
          <w:lang w:val="hu-HU"/>
        </w:rPr>
      </w:pPr>
      <w:r w:rsidRPr="00402B76">
        <w:rPr>
          <w:lang w:val="hu-HU"/>
        </w:rPr>
        <w:t>A csapat nagyon jól összerázódott a program során. Sok időt tölthettünk együtt, ami lehetőséget adott arra, hogy jobban megismerjük egymást, megosszuk gondolatainkat és tapasztalatainkat. Új barátságok születtek, és a közös élmények még szorosabbá tették a kapcsolatainkat. Nagyon élveztem minden percét ennek az időszaknak.</w:t>
      </w:r>
    </w:p>
    <w:p w14:paraId="22E25E6C" w14:textId="77777777" w:rsidR="00402B76" w:rsidRDefault="00402B76" w:rsidP="00927B4B">
      <w:pPr>
        <w:pStyle w:val="NormalWeb"/>
        <w:spacing w:before="0" w:beforeAutospacing="0" w:after="0" w:afterAutospacing="0" w:line="360" w:lineRule="auto"/>
        <w:jc w:val="both"/>
        <w:rPr>
          <w:lang w:val="hu-HU"/>
        </w:rPr>
      </w:pPr>
      <w:r w:rsidRPr="00402B76">
        <w:rPr>
          <w:lang w:val="hu-HU"/>
        </w:rPr>
        <w:t>Összességében a Debreceni Egyetemen eltöltött tanulmányi mobilitás rendkívül pozitív és meghatározó tapasztalat volt számomra. Szakmailag fejlődtem, új ismereteket szereztem, és értékes eszmecserék részese lehettem. Emellett emberileg is gazdagodtam, hiszen felejthetetlen élményekkel és erősödő közösségi élménnyel térhettem haza.</w:t>
      </w:r>
    </w:p>
    <w:p w14:paraId="3A51474A" w14:textId="17312647" w:rsidR="00CA5BC4" w:rsidRPr="00402B76" w:rsidRDefault="00CA5BC4" w:rsidP="00927B4B">
      <w:pPr>
        <w:pStyle w:val="NormalWeb"/>
        <w:spacing w:before="0" w:beforeAutospacing="0" w:after="0" w:afterAutospacing="0" w:line="360" w:lineRule="auto"/>
        <w:jc w:val="both"/>
        <w:rPr>
          <w:lang w:val="hu-HU"/>
        </w:rPr>
      </w:pPr>
      <w:r>
        <w:rPr>
          <w:lang w:val="hu-HU"/>
        </w:rPr>
        <w:tab/>
      </w:r>
      <w:r>
        <w:rPr>
          <w:lang w:val="hu-HU"/>
        </w:rPr>
        <w:tab/>
      </w:r>
      <w:r>
        <w:rPr>
          <w:lang w:val="hu-HU"/>
        </w:rPr>
        <w:tab/>
      </w:r>
      <w:r>
        <w:rPr>
          <w:lang w:val="hu-HU"/>
        </w:rPr>
        <w:tab/>
      </w:r>
      <w:r>
        <w:rPr>
          <w:lang w:val="hu-HU"/>
        </w:rPr>
        <w:tab/>
      </w:r>
      <w:r>
        <w:rPr>
          <w:lang w:val="hu-HU"/>
        </w:rPr>
        <w:tab/>
      </w:r>
    </w:p>
    <w:p w14:paraId="06A007F6" w14:textId="2A571ED2" w:rsidR="005C4138" w:rsidRPr="00A1185F" w:rsidRDefault="00CA5BC4" w:rsidP="00927B4B">
      <w:pPr>
        <w:spacing w:after="0" w:line="360" w:lineRule="auto"/>
        <w:jc w:val="both"/>
      </w:pPr>
      <w:r>
        <w:rPr>
          <w:noProof/>
        </w:rPr>
        <w:lastRenderedPageBreak/>
        <w:drawing>
          <wp:inline distT="0" distB="0" distL="0" distR="0" wp14:anchorId="7F78140D" wp14:editId="2C918990">
            <wp:extent cx="5486400" cy="5486400"/>
            <wp:effectExtent l="0" t="0" r="0" b="0"/>
            <wp:docPr id="988507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0779" name="Picture 98850779"/>
                    <pic:cNvPicPr/>
                  </pic:nvPicPr>
                  <pic:blipFill>
                    <a:blip r:embed="rId6"/>
                    <a:stretch>
                      <a:fillRect/>
                    </a:stretch>
                  </pic:blipFill>
                  <pic:spPr>
                    <a:xfrm>
                      <a:off x="0" y="0"/>
                      <a:ext cx="5486400" cy="5486400"/>
                    </a:xfrm>
                    <a:prstGeom prst="rect">
                      <a:avLst/>
                    </a:prstGeom>
                  </pic:spPr>
                </pic:pic>
              </a:graphicData>
            </a:graphic>
          </wp:inline>
        </w:drawing>
      </w:r>
      <w:r>
        <w:rPr>
          <w:noProof/>
        </w:rPr>
        <w:lastRenderedPageBreak/>
        <w:drawing>
          <wp:inline distT="0" distB="0" distL="0" distR="0" wp14:anchorId="0992DBED" wp14:editId="665736E5">
            <wp:extent cx="5486400" cy="5486400"/>
            <wp:effectExtent l="0" t="0" r="0" b="0"/>
            <wp:docPr id="10048932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93238" name="Picture 1004893238"/>
                    <pic:cNvPicPr/>
                  </pic:nvPicPr>
                  <pic:blipFill>
                    <a:blip r:embed="rId7"/>
                    <a:stretch>
                      <a:fillRect/>
                    </a:stretch>
                  </pic:blipFill>
                  <pic:spPr>
                    <a:xfrm>
                      <a:off x="0" y="0"/>
                      <a:ext cx="5486400" cy="5486400"/>
                    </a:xfrm>
                    <a:prstGeom prst="rect">
                      <a:avLst/>
                    </a:prstGeom>
                  </pic:spPr>
                </pic:pic>
              </a:graphicData>
            </a:graphic>
          </wp:inline>
        </w:drawing>
      </w:r>
      <w:r>
        <w:rPr>
          <w:noProof/>
        </w:rPr>
        <w:lastRenderedPageBreak/>
        <w:drawing>
          <wp:inline distT="0" distB="0" distL="0" distR="0" wp14:anchorId="61DBCEBB" wp14:editId="3AE1EA60">
            <wp:extent cx="5486400" cy="7315200"/>
            <wp:effectExtent l="0" t="0" r="0" b="0"/>
            <wp:docPr id="3715449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44921" name="Picture 371544921"/>
                    <pic:cNvPicPr/>
                  </pic:nvPicPr>
                  <pic:blipFill>
                    <a:blip r:embed="rId8"/>
                    <a:stretch>
                      <a:fillRect/>
                    </a:stretch>
                  </pic:blipFill>
                  <pic:spPr>
                    <a:xfrm>
                      <a:off x="0" y="0"/>
                      <a:ext cx="5486400" cy="7315200"/>
                    </a:xfrm>
                    <a:prstGeom prst="rect">
                      <a:avLst/>
                    </a:prstGeom>
                  </pic:spPr>
                </pic:pic>
              </a:graphicData>
            </a:graphic>
          </wp:inline>
        </w:drawing>
      </w:r>
      <w:r>
        <w:rPr>
          <w:noProof/>
        </w:rPr>
        <w:lastRenderedPageBreak/>
        <w:drawing>
          <wp:inline distT="0" distB="0" distL="0" distR="0" wp14:anchorId="793ED75E" wp14:editId="07E93008">
            <wp:extent cx="5486400" cy="5486400"/>
            <wp:effectExtent l="0" t="0" r="0" b="0"/>
            <wp:docPr id="417515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1530" name="Picture 41751530"/>
                    <pic:cNvPicPr/>
                  </pic:nvPicPr>
                  <pic:blipFill>
                    <a:blip r:embed="rId9"/>
                    <a:stretch>
                      <a:fillRect/>
                    </a:stretch>
                  </pic:blipFill>
                  <pic:spPr>
                    <a:xfrm>
                      <a:off x="0" y="0"/>
                      <a:ext cx="5486400" cy="5486400"/>
                    </a:xfrm>
                    <a:prstGeom prst="rect">
                      <a:avLst/>
                    </a:prstGeom>
                  </pic:spPr>
                </pic:pic>
              </a:graphicData>
            </a:graphic>
          </wp:inline>
        </w:drawing>
      </w:r>
      <w:r>
        <w:rPr>
          <w:noProof/>
        </w:rPr>
        <w:lastRenderedPageBreak/>
        <w:drawing>
          <wp:inline distT="0" distB="0" distL="0" distR="0" wp14:anchorId="5B4B8D77" wp14:editId="17E45D81">
            <wp:extent cx="5486400" cy="7315200"/>
            <wp:effectExtent l="0" t="0" r="0" b="0"/>
            <wp:docPr id="5196523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52344" name="Picture 519652344"/>
                    <pic:cNvPicPr/>
                  </pic:nvPicPr>
                  <pic:blipFill>
                    <a:blip r:embed="rId10"/>
                    <a:stretch>
                      <a:fillRect/>
                    </a:stretch>
                  </pic:blipFill>
                  <pic:spPr>
                    <a:xfrm>
                      <a:off x="0" y="0"/>
                      <a:ext cx="5486400" cy="7315200"/>
                    </a:xfrm>
                    <a:prstGeom prst="rect">
                      <a:avLst/>
                    </a:prstGeom>
                  </pic:spPr>
                </pic:pic>
              </a:graphicData>
            </a:graphic>
          </wp:inline>
        </w:drawing>
      </w:r>
      <w:r>
        <w:rPr>
          <w:noProof/>
        </w:rPr>
        <w:lastRenderedPageBreak/>
        <w:drawing>
          <wp:inline distT="0" distB="0" distL="0" distR="0" wp14:anchorId="4DD79D69" wp14:editId="2EE3D2FD">
            <wp:extent cx="5486400" cy="3086100"/>
            <wp:effectExtent l="0" t="0" r="0" b="0"/>
            <wp:docPr id="1439163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6369" name="Picture 143916369"/>
                    <pic:cNvPicPr/>
                  </pic:nvPicPr>
                  <pic:blipFill>
                    <a:blip r:embed="rId11"/>
                    <a:stretch>
                      <a:fillRect/>
                    </a:stretch>
                  </pic:blipFill>
                  <pic:spPr>
                    <a:xfrm>
                      <a:off x="0" y="0"/>
                      <a:ext cx="5486400" cy="3086100"/>
                    </a:xfrm>
                    <a:prstGeom prst="rect">
                      <a:avLst/>
                    </a:prstGeom>
                  </pic:spPr>
                </pic:pic>
              </a:graphicData>
            </a:graphic>
          </wp:inline>
        </w:drawing>
      </w:r>
      <w:r>
        <w:rPr>
          <w:noProof/>
        </w:rPr>
        <w:drawing>
          <wp:inline distT="0" distB="0" distL="0" distR="0" wp14:anchorId="5FA0489A" wp14:editId="7522056E">
            <wp:extent cx="5486400" cy="4114800"/>
            <wp:effectExtent l="0" t="0" r="0" b="0"/>
            <wp:docPr id="2330812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81209" name="Picture 233081209"/>
                    <pic:cNvPicPr/>
                  </pic:nvPicPr>
                  <pic:blipFill>
                    <a:blip r:embed="rId12"/>
                    <a:stretch>
                      <a:fillRect/>
                    </a:stretch>
                  </pic:blipFill>
                  <pic:spPr>
                    <a:xfrm>
                      <a:off x="0" y="0"/>
                      <a:ext cx="5486400" cy="4114800"/>
                    </a:xfrm>
                    <a:prstGeom prst="rect">
                      <a:avLst/>
                    </a:prstGeom>
                  </pic:spPr>
                </pic:pic>
              </a:graphicData>
            </a:graphic>
          </wp:inline>
        </w:drawing>
      </w:r>
      <w:r>
        <w:rPr>
          <w:noProof/>
        </w:rPr>
        <w:lastRenderedPageBreak/>
        <w:drawing>
          <wp:inline distT="0" distB="0" distL="0" distR="0" wp14:anchorId="5456AAF1" wp14:editId="35373EC7">
            <wp:extent cx="5486400" cy="4114800"/>
            <wp:effectExtent l="0" t="0" r="0" b="0"/>
            <wp:docPr id="90866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608" name="Picture 9086608"/>
                    <pic:cNvPicPr/>
                  </pic:nvPicPr>
                  <pic:blipFill>
                    <a:blip r:embed="rId13"/>
                    <a:stretch>
                      <a:fillRect/>
                    </a:stretch>
                  </pic:blipFill>
                  <pic:spPr>
                    <a:xfrm>
                      <a:off x="0" y="0"/>
                      <a:ext cx="5486400" cy="4114800"/>
                    </a:xfrm>
                    <a:prstGeom prst="rect">
                      <a:avLst/>
                    </a:prstGeom>
                  </pic:spPr>
                </pic:pic>
              </a:graphicData>
            </a:graphic>
          </wp:inline>
        </w:drawing>
      </w:r>
      <w:r>
        <w:rPr>
          <w:noProof/>
        </w:rPr>
        <w:lastRenderedPageBreak/>
        <w:drawing>
          <wp:inline distT="0" distB="0" distL="0" distR="0" wp14:anchorId="75AE547A" wp14:editId="23702ED6">
            <wp:extent cx="5486400" cy="5486400"/>
            <wp:effectExtent l="0" t="0" r="0" b="0"/>
            <wp:docPr id="4924947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494759" name="Picture 492494759"/>
                    <pic:cNvPicPr/>
                  </pic:nvPicPr>
                  <pic:blipFill>
                    <a:blip r:embed="rId14"/>
                    <a:stretch>
                      <a:fillRect/>
                    </a:stretch>
                  </pic:blipFill>
                  <pic:spPr>
                    <a:xfrm>
                      <a:off x="0" y="0"/>
                      <a:ext cx="5486400" cy="5486400"/>
                    </a:xfrm>
                    <a:prstGeom prst="rect">
                      <a:avLst/>
                    </a:prstGeom>
                  </pic:spPr>
                </pic:pic>
              </a:graphicData>
            </a:graphic>
          </wp:inline>
        </w:drawing>
      </w:r>
      <w:r>
        <w:rPr>
          <w:noProof/>
        </w:rPr>
        <w:lastRenderedPageBreak/>
        <w:drawing>
          <wp:inline distT="0" distB="0" distL="0" distR="0" wp14:anchorId="14636F40" wp14:editId="21C199B7">
            <wp:extent cx="5486400" cy="4114800"/>
            <wp:effectExtent l="0" t="0" r="0" b="0"/>
            <wp:docPr id="20683620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62077" name="Picture 2068362077"/>
                    <pic:cNvPicPr/>
                  </pic:nvPicPr>
                  <pic:blipFill>
                    <a:blip r:embed="rId15"/>
                    <a:stretch>
                      <a:fillRect/>
                    </a:stretch>
                  </pic:blipFill>
                  <pic:spPr>
                    <a:xfrm>
                      <a:off x="0" y="0"/>
                      <a:ext cx="5486400" cy="4114800"/>
                    </a:xfrm>
                    <a:prstGeom prst="rect">
                      <a:avLst/>
                    </a:prstGeom>
                  </pic:spPr>
                </pic:pic>
              </a:graphicData>
            </a:graphic>
          </wp:inline>
        </w:drawing>
      </w:r>
      <w:r>
        <w:rPr>
          <w:noProof/>
        </w:rPr>
        <w:lastRenderedPageBreak/>
        <w:drawing>
          <wp:inline distT="0" distB="0" distL="0" distR="0" wp14:anchorId="69FEFE03" wp14:editId="1B32D062">
            <wp:extent cx="5486400" cy="5486400"/>
            <wp:effectExtent l="0" t="0" r="0" b="0"/>
            <wp:docPr id="168422373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23734" name="Picture 1684223734"/>
                    <pic:cNvPicPr/>
                  </pic:nvPicPr>
                  <pic:blipFill>
                    <a:blip r:embed="rId16"/>
                    <a:stretch>
                      <a:fillRect/>
                    </a:stretch>
                  </pic:blipFill>
                  <pic:spPr>
                    <a:xfrm>
                      <a:off x="0" y="0"/>
                      <a:ext cx="5486400" cy="5486400"/>
                    </a:xfrm>
                    <a:prstGeom prst="rect">
                      <a:avLst/>
                    </a:prstGeom>
                  </pic:spPr>
                </pic:pic>
              </a:graphicData>
            </a:graphic>
          </wp:inline>
        </w:drawing>
      </w:r>
      <w:r>
        <w:rPr>
          <w:noProof/>
        </w:rPr>
        <w:lastRenderedPageBreak/>
        <w:drawing>
          <wp:inline distT="0" distB="0" distL="0" distR="0" wp14:anchorId="2E2B8D37" wp14:editId="0770FD59">
            <wp:extent cx="5486400" cy="5486400"/>
            <wp:effectExtent l="0" t="0" r="0" b="0"/>
            <wp:docPr id="11841295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9593" name="Picture 1184129593"/>
                    <pic:cNvPicPr/>
                  </pic:nvPicPr>
                  <pic:blipFill>
                    <a:blip r:embed="rId17"/>
                    <a:stretch>
                      <a:fillRect/>
                    </a:stretch>
                  </pic:blipFill>
                  <pic:spPr>
                    <a:xfrm>
                      <a:off x="0" y="0"/>
                      <a:ext cx="5486400" cy="5486400"/>
                    </a:xfrm>
                    <a:prstGeom prst="rect">
                      <a:avLst/>
                    </a:prstGeom>
                  </pic:spPr>
                </pic:pic>
              </a:graphicData>
            </a:graphic>
          </wp:inline>
        </w:drawing>
      </w:r>
      <w:r>
        <w:rPr>
          <w:noProof/>
        </w:rPr>
        <w:lastRenderedPageBreak/>
        <w:drawing>
          <wp:inline distT="0" distB="0" distL="0" distR="0" wp14:anchorId="6B4628EA" wp14:editId="14B3E639">
            <wp:extent cx="5486400" cy="5486400"/>
            <wp:effectExtent l="0" t="0" r="0" b="0"/>
            <wp:docPr id="8386929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92943" name="Picture 838692943"/>
                    <pic:cNvPicPr/>
                  </pic:nvPicPr>
                  <pic:blipFill>
                    <a:blip r:embed="rId18"/>
                    <a:stretch>
                      <a:fillRect/>
                    </a:stretch>
                  </pic:blipFill>
                  <pic:spPr>
                    <a:xfrm>
                      <a:off x="0" y="0"/>
                      <a:ext cx="5486400" cy="5486400"/>
                    </a:xfrm>
                    <a:prstGeom prst="rect">
                      <a:avLst/>
                    </a:prstGeom>
                  </pic:spPr>
                </pic:pic>
              </a:graphicData>
            </a:graphic>
          </wp:inline>
        </w:drawing>
      </w:r>
    </w:p>
    <w:sectPr w:rsidR="005C4138" w:rsidRPr="00A1185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1247183">
    <w:abstractNumId w:val="8"/>
  </w:num>
  <w:num w:numId="2" w16cid:durableId="324868048">
    <w:abstractNumId w:val="6"/>
  </w:num>
  <w:num w:numId="3" w16cid:durableId="1328443317">
    <w:abstractNumId w:val="5"/>
  </w:num>
  <w:num w:numId="4" w16cid:durableId="16200148">
    <w:abstractNumId w:val="4"/>
  </w:num>
  <w:num w:numId="5" w16cid:durableId="470170814">
    <w:abstractNumId w:val="7"/>
  </w:num>
  <w:num w:numId="6" w16cid:durableId="23486662">
    <w:abstractNumId w:val="3"/>
  </w:num>
  <w:num w:numId="7" w16cid:durableId="1456561224">
    <w:abstractNumId w:val="2"/>
  </w:num>
  <w:num w:numId="8" w16cid:durableId="1796870380">
    <w:abstractNumId w:val="1"/>
  </w:num>
  <w:num w:numId="9" w16cid:durableId="237516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2B76"/>
    <w:rsid w:val="00585644"/>
    <w:rsid w:val="005C4138"/>
    <w:rsid w:val="00884089"/>
    <w:rsid w:val="00927B4B"/>
    <w:rsid w:val="00A1185F"/>
    <w:rsid w:val="00AA1D8D"/>
    <w:rsid w:val="00AC5B85"/>
    <w:rsid w:val="00B47730"/>
    <w:rsid w:val="00CA5BC4"/>
    <w:rsid w:val="00CB0664"/>
    <w:rsid w:val="00D567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BA9E49"/>
  <w14:defaultImageDpi w14:val="300"/>
  <w15:docId w15:val="{7F1A58E6-5F73-44CA-B4BA-D20826807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lang w:val="hu-HU"/>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402B76"/>
    <w:pPr>
      <w:spacing w:before="100" w:beforeAutospacing="1" w:after="100" w:afterAutospacing="1" w:line="240" w:lineRule="auto"/>
    </w:pPr>
    <w:rPr>
      <w:rFonts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fif"/><Relationship Id="rId3" Type="http://schemas.openxmlformats.org/officeDocument/2006/relationships/styles" Target="styles.xml"/><Relationship Id="rId7" Type="http://schemas.openxmlformats.org/officeDocument/2006/relationships/image" Target="media/image2.jfif"/><Relationship Id="rId12" Type="http://schemas.openxmlformats.org/officeDocument/2006/relationships/image" Target="media/image7.jpg"/><Relationship Id="rId17" Type="http://schemas.openxmlformats.org/officeDocument/2006/relationships/image" Target="media/image12.jfif"/><Relationship Id="rId2" Type="http://schemas.openxmlformats.org/officeDocument/2006/relationships/numbering" Target="numbering.xml"/><Relationship Id="rId16" Type="http://schemas.openxmlformats.org/officeDocument/2006/relationships/image" Target="media/image11.jf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fif"/><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509</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Hortenzia Bors</cp:lastModifiedBy>
  <cp:revision>2</cp:revision>
  <dcterms:created xsi:type="dcterms:W3CDTF">2026-02-20T07:50:00Z</dcterms:created>
  <dcterms:modified xsi:type="dcterms:W3CDTF">2026-02-20T07:50:00Z</dcterms:modified>
  <cp:category/>
</cp:coreProperties>
</file>