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62BCA" w14:textId="50565BB2" w:rsidR="00B60735" w:rsidRPr="0092009B" w:rsidRDefault="000D759B" w:rsidP="000D759B">
      <w:pPr>
        <w:pStyle w:val="Heading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 w:rsidRPr="0092009B">
        <w:rPr>
          <w:rFonts w:ascii="Times New Roman" w:hAnsi="Times New Roman" w:cs="Times New Roman"/>
          <w:color w:val="auto"/>
          <w:sz w:val="24"/>
          <w:szCs w:val="24"/>
          <w:lang w:val="hu-HU"/>
        </w:rPr>
        <w:t xml:space="preserve">Both Máté, TT.1. </w:t>
      </w:r>
      <w:proofErr w:type="gramStart"/>
      <w:r w:rsidRPr="0092009B">
        <w:rPr>
          <w:rFonts w:ascii="Times New Roman" w:hAnsi="Times New Roman" w:cs="Times New Roman"/>
          <w:color w:val="auto"/>
          <w:sz w:val="24"/>
          <w:szCs w:val="24"/>
          <w:lang w:val="hu-HU"/>
        </w:rPr>
        <w:t>év</w:t>
      </w:r>
      <w:proofErr w:type="gramEnd"/>
    </w:p>
    <w:p w14:paraId="4CD94D3D" w14:textId="786956C0" w:rsidR="000D759B" w:rsidRPr="000D759B" w:rsidRDefault="00981E8F" w:rsidP="000D75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D759B">
        <w:rPr>
          <w:rFonts w:ascii="Times New Roman" w:hAnsi="Times New Roman" w:cs="Times New Roman"/>
          <w:sz w:val="24"/>
          <w:szCs w:val="24"/>
          <w:lang w:val="hu-HU"/>
        </w:rPr>
        <w:t xml:space="preserve">A budapesti </w:t>
      </w:r>
      <w:r w:rsidR="000D759B" w:rsidRPr="000D759B">
        <w:rPr>
          <w:rFonts w:ascii="Times New Roman" w:hAnsi="Times New Roman" w:cs="Times New Roman"/>
          <w:sz w:val="24"/>
          <w:szCs w:val="24"/>
          <w:lang w:val="hu-HU"/>
        </w:rPr>
        <w:t xml:space="preserve">Erasmus+ </w:t>
      </w:r>
      <w:r w:rsidRPr="000D759B">
        <w:rPr>
          <w:rFonts w:ascii="Times New Roman" w:hAnsi="Times New Roman" w:cs="Times New Roman"/>
          <w:sz w:val="24"/>
          <w:szCs w:val="24"/>
          <w:lang w:val="hu-HU"/>
        </w:rPr>
        <w:t xml:space="preserve">tanulmányi utunk egy igazán élményekkel teli </w:t>
      </w:r>
      <w:r w:rsidR="0092009B">
        <w:rPr>
          <w:rFonts w:ascii="Times New Roman" w:hAnsi="Times New Roman" w:cs="Times New Roman"/>
          <w:sz w:val="24"/>
          <w:szCs w:val="24"/>
          <w:lang w:val="hu-HU"/>
        </w:rPr>
        <w:t>7</w:t>
      </w:r>
      <w:r w:rsidRPr="000D759B">
        <w:rPr>
          <w:rFonts w:ascii="Times New Roman" w:hAnsi="Times New Roman" w:cs="Times New Roman"/>
          <w:sz w:val="24"/>
          <w:szCs w:val="24"/>
          <w:lang w:val="hu-HU"/>
        </w:rPr>
        <w:t xml:space="preserve"> nap volt, amit az egész </w:t>
      </w:r>
      <w:r w:rsidR="000D759B" w:rsidRPr="000D759B">
        <w:rPr>
          <w:rFonts w:ascii="Times New Roman" w:hAnsi="Times New Roman" w:cs="Times New Roman"/>
          <w:sz w:val="24"/>
          <w:szCs w:val="24"/>
          <w:lang w:val="hu-HU"/>
        </w:rPr>
        <w:t>évfolyam</w:t>
      </w:r>
      <w:r w:rsidR="000D759B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0D759B">
        <w:rPr>
          <w:rFonts w:ascii="Times New Roman" w:hAnsi="Times New Roman" w:cs="Times New Roman"/>
          <w:sz w:val="24"/>
          <w:szCs w:val="24"/>
          <w:lang w:val="hu-HU"/>
        </w:rPr>
        <w:t xml:space="preserve">nagyon várt. </w:t>
      </w:r>
    </w:p>
    <w:p w14:paraId="101896A4" w14:textId="77777777" w:rsidR="000D759B" w:rsidRPr="000D759B" w:rsidRDefault="00981E8F" w:rsidP="000D75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D759B">
        <w:rPr>
          <w:rFonts w:ascii="Times New Roman" w:hAnsi="Times New Roman" w:cs="Times New Roman"/>
          <w:sz w:val="24"/>
          <w:szCs w:val="24"/>
          <w:lang w:val="hu-HU"/>
        </w:rPr>
        <w:t>A programok változatosak és izgalmasak voltak, és nemcsak tanultunk, hanem rengeteget nevettünk és jól éreztük magunkat.</w:t>
      </w:r>
    </w:p>
    <w:p w14:paraId="4E9564AE" w14:textId="38928BCF" w:rsidR="000D759B" w:rsidRPr="000D759B" w:rsidRDefault="00981E8F" w:rsidP="000D75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D759B">
        <w:rPr>
          <w:rFonts w:ascii="Times New Roman" w:hAnsi="Times New Roman" w:cs="Times New Roman"/>
          <w:sz w:val="24"/>
          <w:szCs w:val="24"/>
          <w:lang w:val="hu-HU"/>
        </w:rPr>
        <w:t xml:space="preserve">Elsőként a Testnevelési Egyetemet, a </w:t>
      </w:r>
      <w:proofErr w:type="spellStart"/>
      <w:r w:rsidRPr="000D759B">
        <w:rPr>
          <w:rFonts w:ascii="Times New Roman" w:hAnsi="Times New Roman" w:cs="Times New Roman"/>
          <w:sz w:val="24"/>
          <w:szCs w:val="24"/>
          <w:lang w:val="hu-HU"/>
        </w:rPr>
        <w:t>TF-et</w:t>
      </w:r>
      <w:proofErr w:type="spellEnd"/>
      <w:r w:rsidRPr="000D759B">
        <w:rPr>
          <w:rFonts w:ascii="Times New Roman" w:hAnsi="Times New Roman" w:cs="Times New Roman"/>
          <w:sz w:val="24"/>
          <w:szCs w:val="24"/>
          <w:lang w:val="hu-HU"/>
        </w:rPr>
        <w:t xml:space="preserve"> látogattuk meg, ahol megismerkedtünk az egyetem működésével</w:t>
      </w:r>
      <w:r w:rsidR="000D759B" w:rsidRPr="000D759B">
        <w:rPr>
          <w:rFonts w:ascii="Times New Roman" w:hAnsi="Times New Roman" w:cs="Times New Roman"/>
          <w:sz w:val="24"/>
          <w:szCs w:val="24"/>
          <w:lang w:val="hu-HU"/>
        </w:rPr>
        <w:t>, a különböző sport</w:t>
      </w:r>
      <w:r w:rsidR="000D759B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0D759B" w:rsidRPr="000D759B">
        <w:rPr>
          <w:rFonts w:ascii="Times New Roman" w:hAnsi="Times New Roman" w:cs="Times New Roman"/>
          <w:sz w:val="24"/>
          <w:szCs w:val="24"/>
          <w:lang w:val="hu-HU"/>
        </w:rPr>
        <w:t>szakokkal</w:t>
      </w:r>
      <w:r w:rsidR="000D759B"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r w:rsidR="000D759B" w:rsidRPr="000D759B">
        <w:rPr>
          <w:rFonts w:ascii="Times New Roman" w:hAnsi="Times New Roman" w:cs="Times New Roman"/>
          <w:sz w:val="24"/>
          <w:szCs w:val="24"/>
          <w:lang w:val="hu-HU"/>
        </w:rPr>
        <w:t>é</w:t>
      </w:r>
      <w:r w:rsidRPr="000D759B">
        <w:rPr>
          <w:rFonts w:ascii="Times New Roman" w:hAnsi="Times New Roman" w:cs="Times New Roman"/>
          <w:sz w:val="24"/>
          <w:szCs w:val="24"/>
          <w:lang w:val="hu-HU"/>
        </w:rPr>
        <w:t>s lehetőségekkel. Megnéztük az edzőtermeket, a sportpályákat, és egy rövid előadást is hallgattunk arról, milyen fontos a sport az egészséges életmódban és a közösségépítésben.</w:t>
      </w:r>
    </w:p>
    <w:p w14:paraId="71659BB7" w14:textId="596216BD" w:rsidR="000D759B" w:rsidRPr="000D759B" w:rsidRDefault="000D759B" w:rsidP="000D75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A hét folyamán</w:t>
      </w:r>
      <w:r w:rsidR="00981E8F" w:rsidRPr="000D759B">
        <w:rPr>
          <w:rFonts w:ascii="Times New Roman" w:hAnsi="Times New Roman" w:cs="Times New Roman"/>
          <w:sz w:val="24"/>
          <w:szCs w:val="24"/>
          <w:lang w:val="hu-HU"/>
        </w:rPr>
        <w:t xml:space="preserve"> judo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981E8F" w:rsidRPr="000D759B">
        <w:rPr>
          <w:rFonts w:ascii="Times New Roman" w:hAnsi="Times New Roman" w:cs="Times New Roman"/>
          <w:sz w:val="24"/>
          <w:szCs w:val="24"/>
          <w:lang w:val="hu-HU"/>
        </w:rPr>
        <w:t xml:space="preserve">edzésen 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is </w:t>
      </w:r>
      <w:r w:rsidR="00981E8F" w:rsidRPr="000D759B">
        <w:rPr>
          <w:rFonts w:ascii="Times New Roman" w:hAnsi="Times New Roman" w:cs="Times New Roman"/>
          <w:sz w:val="24"/>
          <w:szCs w:val="24"/>
          <w:lang w:val="hu-HU"/>
        </w:rPr>
        <w:t>részt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0D759B">
        <w:rPr>
          <w:rFonts w:ascii="Times New Roman" w:hAnsi="Times New Roman" w:cs="Times New Roman"/>
          <w:sz w:val="24"/>
          <w:szCs w:val="24"/>
          <w:lang w:val="hu-HU"/>
        </w:rPr>
        <w:t>vettünk</w:t>
      </w:r>
      <w:r w:rsidR="00981E8F" w:rsidRPr="000D759B">
        <w:rPr>
          <w:rFonts w:ascii="Times New Roman" w:hAnsi="Times New Roman" w:cs="Times New Roman"/>
          <w:sz w:val="24"/>
          <w:szCs w:val="24"/>
          <w:lang w:val="hu-HU"/>
        </w:rPr>
        <w:t>, ahol kipróbálhattuk magunk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at ebben az izgalmas sportágban. </w:t>
      </w:r>
      <w:r w:rsidR="00981E8F" w:rsidRPr="000D759B">
        <w:rPr>
          <w:rFonts w:ascii="Times New Roman" w:hAnsi="Times New Roman" w:cs="Times New Roman"/>
          <w:sz w:val="24"/>
          <w:szCs w:val="24"/>
          <w:lang w:val="hu-HU"/>
        </w:rPr>
        <w:t xml:space="preserve">A legtöbben most </w:t>
      </w:r>
      <w:r w:rsidRPr="000D759B">
        <w:rPr>
          <w:rFonts w:ascii="Times New Roman" w:hAnsi="Times New Roman" w:cs="Times New Roman"/>
          <w:sz w:val="24"/>
          <w:szCs w:val="24"/>
          <w:lang w:val="hu-HU"/>
        </w:rPr>
        <w:t>judóztunk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0D759B">
        <w:rPr>
          <w:rFonts w:ascii="Times New Roman" w:hAnsi="Times New Roman" w:cs="Times New Roman"/>
          <w:sz w:val="24"/>
          <w:szCs w:val="24"/>
          <w:lang w:val="hu-HU"/>
        </w:rPr>
        <w:t>először</w:t>
      </w:r>
      <w:r>
        <w:rPr>
          <w:rFonts w:ascii="Times New Roman" w:hAnsi="Times New Roman" w:cs="Times New Roman"/>
          <w:sz w:val="24"/>
          <w:szCs w:val="24"/>
          <w:lang w:val="hu-HU"/>
        </w:rPr>
        <w:t>, így nagy élményt hagyott bennünk. A</w:t>
      </w:r>
      <w:r w:rsidR="00981E8F" w:rsidRPr="000D759B">
        <w:rPr>
          <w:rFonts w:ascii="Times New Roman" w:hAnsi="Times New Roman" w:cs="Times New Roman"/>
          <w:sz w:val="24"/>
          <w:szCs w:val="24"/>
          <w:lang w:val="hu-HU"/>
        </w:rPr>
        <w:t>z edző nagyon kedves volt, és lépésről lépé</w:t>
      </w:r>
      <w:r w:rsidRPr="000D759B">
        <w:rPr>
          <w:rFonts w:ascii="Times New Roman" w:hAnsi="Times New Roman" w:cs="Times New Roman"/>
          <w:sz w:val="24"/>
          <w:szCs w:val="24"/>
          <w:lang w:val="hu-HU"/>
        </w:rPr>
        <w:t>sre mutatta meg a mozdulatokat.</w:t>
      </w:r>
    </w:p>
    <w:p w14:paraId="0BD9D039" w14:textId="2723D4DE" w:rsidR="000D759B" w:rsidRPr="000D759B" w:rsidRDefault="000D759B" w:rsidP="000D75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Próbálkozásaink nagyon viccesek voltak, így s</w:t>
      </w:r>
      <w:r w:rsidR="00981E8F" w:rsidRPr="000D759B">
        <w:rPr>
          <w:rFonts w:ascii="Times New Roman" w:hAnsi="Times New Roman" w:cs="Times New Roman"/>
          <w:sz w:val="24"/>
          <w:szCs w:val="24"/>
          <w:lang w:val="hu-HU"/>
        </w:rPr>
        <w:t xml:space="preserve">okat nevettünk közben, de 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mindezalatt </w:t>
      </w:r>
      <w:r w:rsidR="00981E8F" w:rsidRPr="000D759B">
        <w:rPr>
          <w:rFonts w:ascii="Times New Roman" w:hAnsi="Times New Roman" w:cs="Times New Roman"/>
          <w:sz w:val="24"/>
          <w:szCs w:val="24"/>
          <w:lang w:val="hu-HU"/>
        </w:rPr>
        <w:t>megtapasztaltuk, mennyi fegyelem és figyelem kell ehhez a sporthoz.</w:t>
      </w:r>
    </w:p>
    <w:p w14:paraId="2B116894" w14:textId="77777777" w:rsidR="000D759B" w:rsidRDefault="00981E8F" w:rsidP="000D75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D759B">
        <w:rPr>
          <w:rFonts w:ascii="Times New Roman" w:hAnsi="Times New Roman" w:cs="Times New Roman"/>
          <w:sz w:val="24"/>
          <w:szCs w:val="24"/>
          <w:lang w:val="hu-HU"/>
        </w:rPr>
        <w:t xml:space="preserve">A következő program az MTK labdarúgó akadémiájának meglátogatása volt. </w:t>
      </w:r>
      <w:r w:rsidRPr="000D759B">
        <w:rPr>
          <w:rFonts w:ascii="Times New Roman" w:hAnsi="Times New Roman" w:cs="Times New Roman"/>
          <w:sz w:val="24"/>
          <w:szCs w:val="24"/>
          <w:lang w:val="hu-HU"/>
        </w:rPr>
        <w:br/>
        <w:t xml:space="preserve">Ott betekintést nyerhettünk abba, hogyan készülnek a fiatal tehetségek a profi sportolói pályára. Megmutatták nekünk az edzőpályákat, az öltözőket és az edzésekhez használt eszközöket is. </w:t>
      </w:r>
    </w:p>
    <w:p w14:paraId="6B436B86" w14:textId="4D401381" w:rsidR="000D759B" w:rsidRDefault="00981E8F" w:rsidP="000D75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D759B">
        <w:rPr>
          <w:rFonts w:ascii="Times New Roman" w:hAnsi="Times New Roman" w:cs="Times New Roman"/>
          <w:sz w:val="24"/>
          <w:szCs w:val="24"/>
          <w:lang w:val="hu-HU"/>
        </w:rPr>
        <w:t>Nagyon érdekes volt látni, mennyi munka és kitartás áll a sportolók teljesítménye mögött.</w:t>
      </w:r>
      <w:r w:rsidR="000D759B">
        <w:rPr>
          <w:rFonts w:ascii="Times New Roman" w:hAnsi="Times New Roman" w:cs="Times New Roman"/>
          <w:sz w:val="24"/>
          <w:szCs w:val="24"/>
          <w:lang w:val="hu-HU"/>
        </w:rPr>
        <w:t xml:space="preserve"> Bemutatták nekünk a régi és jelenlegi nagyjait a sportágnak. Ismerősen csengő nevek voltak.</w:t>
      </w:r>
    </w:p>
    <w:p w14:paraId="7C31F14B" w14:textId="77777777" w:rsidR="0092009B" w:rsidRDefault="0092009B" w:rsidP="000D75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Az utolsó nap a Nemzeti Közszolgálati Egyetem sport létesítményeit látogattuk meg. Itt láthattuk, hogy rendfenntartás emberei is milyen komoly és kemény sporttevékenységet folytatnak. </w:t>
      </w:r>
    </w:p>
    <w:p w14:paraId="503DAD12" w14:textId="77777777" w:rsidR="00E91F29" w:rsidRDefault="00E91F29" w:rsidP="000D75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Végezetül még azt szeretném leírni, hogy a</w:t>
      </w:r>
      <w:r w:rsidR="0092009B">
        <w:rPr>
          <w:rFonts w:ascii="Times New Roman" w:hAnsi="Times New Roman" w:cs="Times New Roman"/>
          <w:sz w:val="24"/>
          <w:szCs w:val="24"/>
          <w:lang w:val="hu-HU"/>
        </w:rPr>
        <w:t xml:space="preserve"> fogadó egyetem minden nap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ebédet biztosított ingyen, nekünk az egyetem kantinjában. Ez nagyon jó volt, nem csak azért, mert finom volt, hanem mert így a pénzünk is kevesebb fogyott.</w:t>
      </w:r>
    </w:p>
    <w:p w14:paraId="7E614BD8" w14:textId="5972DA22" w:rsidR="0092009B" w:rsidRDefault="000D759B" w:rsidP="000D75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hu-HU"/>
        </w:rPr>
        <w:t xml:space="preserve">A hét </w:t>
      </w:r>
      <w:r w:rsidR="0092009B">
        <w:rPr>
          <w:rFonts w:ascii="Times New Roman" w:hAnsi="Times New Roman" w:cs="Times New Roman"/>
          <w:sz w:val="24"/>
          <w:szCs w:val="24"/>
          <w:lang w:val="hu-HU"/>
        </w:rPr>
        <w:t xml:space="preserve">folyamán a mindennapi kötelező </w:t>
      </w:r>
      <w:r>
        <w:rPr>
          <w:rFonts w:ascii="Times New Roman" w:hAnsi="Times New Roman" w:cs="Times New Roman"/>
          <w:sz w:val="24"/>
          <w:szCs w:val="24"/>
          <w:lang w:val="hu-HU"/>
        </w:rPr>
        <w:t>progr</w:t>
      </w:r>
      <w:r w:rsidR="0092009B">
        <w:rPr>
          <w:rFonts w:ascii="Times New Roman" w:hAnsi="Times New Roman" w:cs="Times New Roman"/>
          <w:sz w:val="24"/>
          <w:szCs w:val="24"/>
          <w:lang w:val="hu-HU"/>
        </w:rPr>
        <w:t>a</w:t>
      </w:r>
      <w:r>
        <w:rPr>
          <w:rFonts w:ascii="Times New Roman" w:hAnsi="Times New Roman" w:cs="Times New Roman"/>
          <w:sz w:val="24"/>
          <w:szCs w:val="24"/>
          <w:lang w:val="hu-HU"/>
        </w:rPr>
        <w:t>m</w:t>
      </w:r>
      <w:r w:rsidR="0092009B">
        <w:rPr>
          <w:rFonts w:ascii="Times New Roman" w:hAnsi="Times New Roman" w:cs="Times New Roman"/>
          <w:sz w:val="24"/>
          <w:szCs w:val="24"/>
          <w:lang w:val="hu-HU"/>
        </w:rPr>
        <w:t>okon túlmenően, t</w:t>
      </w:r>
      <w:r w:rsidR="00981E8F" w:rsidRPr="000D759B">
        <w:rPr>
          <w:rFonts w:ascii="Times New Roman" w:hAnsi="Times New Roman" w:cs="Times New Roman"/>
          <w:sz w:val="24"/>
          <w:szCs w:val="24"/>
          <w:lang w:val="hu-HU"/>
        </w:rPr>
        <w:t xml:space="preserve">ermészetesen jutott idő városnézésre is. </w:t>
      </w:r>
    </w:p>
    <w:p w14:paraId="6D096A12" w14:textId="46997EA6" w:rsidR="000D759B" w:rsidRPr="000D759B" w:rsidRDefault="00981E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D759B">
        <w:rPr>
          <w:rFonts w:ascii="Times New Roman" w:hAnsi="Times New Roman" w:cs="Times New Roman"/>
          <w:sz w:val="24"/>
          <w:szCs w:val="24"/>
          <w:lang w:val="hu-HU"/>
        </w:rPr>
        <w:t xml:space="preserve">Sétáltunk Budapest belvárosában, megnéztük a híres látnivalókat, és élveztük a főváros hangulatát. Este közösen buliztunk, ami remek lezárása volt a napnak – mindenki </w:t>
      </w:r>
      <w:r w:rsidRPr="000D759B">
        <w:rPr>
          <w:rFonts w:ascii="Times New Roman" w:hAnsi="Times New Roman" w:cs="Times New Roman"/>
          <w:sz w:val="24"/>
          <w:szCs w:val="24"/>
          <w:lang w:val="hu-HU"/>
        </w:rPr>
        <w:lastRenderedPageBreak/>
        <w:t>felszabadult, táncolt és sokat nevetett.</w:t>
      </w:r>
      <w:r w:rsidR="0092009B">
        <w:rPr>
          <w:rFonts w:ascii="Times New Roman" w:hAnsi="Times New Roman" w:cs="Times New Roman"/>
          <w:sz w:val="24"/>
          <w:szCs w:val="24"/>
          <w:lang w:val="hu-HU"/>
        </w:rPr>
        <w:t xml:space="preserve"> Jól összerázódtunk nem csak a csíki, de a sepsiszentgyörgyi szaktársakkal is.</w:t>
      </w:r>
    </w:p>
    <w:sectPr w:rsidR="000D759B" w:rsidRPr="000D759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D759B"/>
    <w:rsid w:val="0015074B"/>
    <w:rsid w:val="0029186B"/>
    <w:rsid w:val="0029639D"/>
    <w:rsid w:val="00326F90"/>
    <w:rsid w:val="007D6848"/>
    <w:rsid w:val="0092009B"/>
    <w:rsid w:val="00981E8F"/>
    <w:rsid w:val="00AA1D8D"/>
    <w:rsid w:val="00B47730"/>
    <w:rsid w:val="00B60735"/>
    <w:rsid w:val="00CB0664"/>
    <w:rsid w:val="00CE6B38"/>
    <w:rsid w:val="00E91F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C11087"/>
  <w14:defaultImageDpi w14:val="300"/>
  <w15:docId w15:val="{65EA41AD-8846-4366-AB88-CD5F19399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4C232F-2409-48C7-9BFE-22A2FDD22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Tenzi</cp:lastModifiedBy>
  <cp:revision>2</cp:revision>
  <dcterms:created xsi:type="dcterms:W3CDTF">2025-11-13T07:11:00Z</dcterms:created>
  <dcterms:modified xsi:type="dcterms:W3CDTF">2025-11-13T07:11:00Z</dcterms:modified>
  <cp:category/>
</cp:coreProperties>
</file>