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003" w:rsidRPr="00FB07A1" w:rsidRDefault="00FB07A1" w:rsidP="00FB07A1">
      <w:pPr>
        <w:spacing w:line="360" w:lineRule="auto"/>
        <w:jc w:val="both"/>
        <w:rPr>
          <w:b/>
          <w:lang w:val="hu-HU"/>
        </w:rPr>
      </w:pPr>
      <w:r w:rsidRPr="00FB07A1">
        <w:rPr>
          <w:b/>
          <w:lang w:val="hu-HU"/>
        </w:rPr>
        <w:t>Dezső Zoltán-Hunor, TT 1 év.</w:t>
      </w:r>
    </w:p>
    <w:p w:rsidR="00D23003" w:rsidRPr="00FB07A1" w:rsidRDefault="00DE2033" w:rsidP="00CE0A22">
      <w:pPr>
        <w:spacing w:after="0" w:line="360" w:lineRule="auto"/>
        <w:jc w:val="both"/>
        <w:rPr>
          <w:lang w:val="hu-HU"/>
        </w:rPr>
      </w:pPr>
      <w:r w:rsidRPr="00FB07A1">
        <w:rPr>
          <w:lang w:val="hu-HU"/>
        </w:rPr>
        <w:t xml:space="preserve">Október 12-én, vasárnap reggel </w:t>
      </w:r>
      <w:r w:rsidR="00FB07A1" w:rsidRPr="00FB07A1">
        <w:rPr>
          <w:lang w:val="hu-HU"/>
        </w:rPr>
        <w:t>hat</w:t>
      </w:r>
      <w:r w:rsidRPr="00FB07A1">
        <w:rPr>
          <w:lang w:val="hu-HU"/>
        </w:rPr>
        <w:t xml:space="preserve"> órakor útnak indultunk busszal Magyarország felé</w:t>
      </w:r>
      <w:r>
        <w:rPr>
          <w:lang w:val="hu-HU"/>
        </w:rPr>
        <w:t xml:space="preserve"> az Erasmus+ szakmai programra</w:t>
      </w:r>
      <w:r w:rsidRPr="00FB07A1">
        <w:rPr>
          <w:lang w:val="hu-HU"/>
        </w:rPr>
        <w:t>. Izgatottan vártuk az utazást, hiszen mindannyian kíváncsiak voltunk, milyen élmények és programok várnak ránk Budapesten. Az út hosszú volt, de a jó hangulatnak köszönhetően gyorsan eltelt. Útközben sokat beszélgettünk, zenét hallgattunk, és a tájat is figyeltük. Estére megérkeztünk a szállásunkra, ahol elfoglaltuk a szobáinkat és kipihentük az utazás fáradalmait.</w:t>
      </w:r>
    </w:p>
    <w:p w:rsidR="00D23003" w:rsidRPr="00FB07A1" w:rsidRDefault="00DE2033" w:rsidP="00CE0A22">
      <w:pPr>
        <w:spacing w:after="0" w:line="360" w:lineRule="auto"/>
        <w:jc w:val="both"/>
        <w:rPr>
          <w:lang w:val="hu-HU"/>
        </w:rPr>
      </w:pPr>
      <w:r w:rsidRPr="00FB07A1">
        <w:rPr>
          <w:lang w:val="hu-HU"/>
        </w:rPr>
        <w:t>Hétfő reggel korán keltünk, mert a program már 9 órakor kezdődött. Első utunk a Budapesti Magyar Sporttudományi Egyetemre vezetett, ahol nagyon kedvesen fogadtak minket. Körbevezettek az egyetem különböző épületeiben és létesítményeiben, betekintést nyerhettünk a sporttudomány világába. Megmutatták az előadótermeket, a laborokat, a sportpályákat és az edzőtermeket is. Nagyon érdekes volt látni, milyen színvonalas körülmények között tanulhatnak a hallgatók. Késő délután ért véget a program, utána visszatértünk a szállásra, vacsoráztunk, majd mindenki korán lefeküdt, hogy kipihenten várja a következő napot.</w:t>
      </w:r>
      <w:bookmarkStart w:id="0" w:name="_GoBack"/>
      <w:bookmarkEnd w:id="0"/>
    </w:p>
    <w:p w:rsidR="00D23003" w:rsidRPr="00FB07A1" w:rsidRDefault="00DE2033" w:rsidP="00CE0A22">
      <w:pPr>
        <w:spacing w:after="0" w:line="360" w:lineRule="auto"/>
        <w:jc w:val="both"/>
        <w:rPr>
          <w:lang w:val="hu-HU"/>
        </w:rPr>
      </w:pPr>
      <w:r w:rsidRPr="00FB07A1">
        <w:rPr>
          <w:lang w:val="hu-HU"/>
        </w:rPr>
        <w:t>Kedden a Sándor Károly Labdarúgó Akadémiára látogattunk el, amely Magyarország egyik legismertebb és legjobb futballakadémiája. Az ottani edzők és szakemberek bemutatták az akadémia működését, elmondták, hogyan képezik a fiatal tehetségeket, és milyen szigorú edzésmunka folyik náluk. Nagyon tanulságos volt látni, milyen komoly háttérmunka és fegyelem szükséges ahhoz, hogy valaki profi labdarúgóvá váljon. A nap végén egy barátságos focimeccset is megnéztünk, ami remek hangulatban telt.</w:t>
      </w:r>
    </w:p>
    <w:p w:rsidR="00D23003" w:rsidRPr="00FB07A1" w:rsidRDefault="00DE2033" w:rsidP="00CE0A22">
      <w:pPr>
        <w:spacing w:after="0" w:line="360" w:lineRule="auto"/>
        <w:jc w:val="both"/>
        <w:rPr>
          <w:lang w:val="hu-HU"/>
        </w:rPr>
      </w:pPr>
      <w:r w:rsidRPr="00FB07A1">
        <w:rPr>
          <w:lang w:val="hu-HU"/>
        </w:rPr>
        <w:t>Szerdán ismét az egyetemre mentünk, ezúttal az egyik legmodernebb edzőtermet próbálhattuk ki. Két órán keresztül edzettünk, különböző gyakorlatokat végeztünk, majd megismerkedtünk az atlétikai pályával is. A nap során sokat tanultunk az erőnléti edzés fontosságáról és az egészséges életmódról.</w:t>
      </w:r>
    </w:p>
    <w:p w:rsidR="00D23003" w:rsidRPr="00FB07A1" w:rsidRDefault="00DE2033" w:rsidP="00CE0A22">
      <w:pPr>
        <w:spacing w:after="0" w:line="360" w:lineRule="auto"/>
        <w:jc w:val="both"/>
        <w:rPr>
          <w:lang w:val="hu-HU"/>
        </w:rPr>
      </w:pPr>
      <w:r w:rsidRPr="00FB07A1">
        <w:rPr>
          <w:lang w:val="hu-HU"/>
        </w:rPr>
        <w:t>Csütörtökön egy különleges élményben volt részünk: harcművészeti edzésen vettünk részt, ahol a Judo és a Karate alapjaival ismerkedhettünk meg. Az oktatók türelmesek voltak, és megmutatták, hogyan kell helyesen esni, védekezni és néhány alapmozdulatot is gyakorolhattunk. Délután ellátogattunk egy étterembe, ahol közösen vacsoráztunk, beszélgettünk, és kellemesen zártuk a napot.</w:t>
      </w:r>
    </w:p>
    <w:p w:rsidR="00D23003" w:rsidRPr="00FB07A1" w:rsidRDefault="00DE2033" w:rsidP="00CE0A22">
      <w:pPr>
        <w:spacing w:after="0" w:line="360" w:lineRule="auto"/>
        <w:jc w:val="both"/>
        <w:rPr>
          <w:lang w:val="hu-HU"/>
        </w:rPr>
      </w:pPr>
      <w:r w:rsidRPr="00FB07A1">
        <w:rPr>
          <w:lang w:val="hu-HU"/>
        </w:rPr>
        <w:lastRenderedPageBreak/>
        <w:t>Pénteken a Sporttudományi Egyetem uszodáját néztük meg, amely rendkívül modern és jól felszerelt. Ezután betekintést nyerhettünk a rendőr képzős hallgatók képzésébe is</w:t>
      </w:r>
      <w:r w:rsidR="00FB07A1">
        <w:rPr>
          <w:lang w:val="hu-HU"/>
        </w:rPr>
        <w:t xml:space="preserve"> a Ludovikán</w:t>
      </w:r>
      <w:r w:rsidRPr="00FB07A1">
        <w:rPr>
          <w:lang w:val="hu-HU"/>
        </w:rPr>
        <w:t>, ahol sok érdekes információt kaptunk a szakma kihívásairól és követelményeiről. Délután összepakoltunk, mert másnap hosszú út várt ránk hazafelé.</w:t>
      </w:r>
    </w:p>
    <w:p w:rsidR="00D23003" w:rsidRPr="00FB07A1" w:rsidRDefault="00DE2033" w:rsidP="00CE0A22">
      <w:pPr>
        <w:spacing w:after="0" w:line="360" w:lineRule="auto"/>
        <w:jc w:val="both"/>
        <w:rPr>
          <w:lang w:val="hu-HU"/>
        </w:rPr>
      </w:pPr>
      <w:r w:rsidRPr="00FB07A1">
        <w:rPr>
          <w:lang w:val="hu-HU"/>
        </w:rPr>
        <w:t xml:space="preserve">Október 18-án, </w:t>
      </w:r>
      <w:r w:rsidR="00FB07A1">
        <w:rPr>
          <w:lang w:val="hu-HU"/>
        </w:rPr>
        <w:t>reggeli</w:t>
      </w:r>
      <w:r w:rsidRPr="00FB07A1">
        <w:rPr>
          <w:lang w:val="hu-HU"/>
        </w:rPr>
        <w:t xml:space="preserve"> után elindultunk haza. Fáradtan, de rengeteg új élménnyel, tudással és tapasztalattal tértünk vissza. Ez a hét nemcsak tanulságos, hanem felejthetetlen is volt számunkra.</w:t>
      </w:r>
    </w:p>
    <w:p w:rsidR="00D23003" w:rsidRPr="00FB07A1" w:rsidRDefault="00DE2033" w:rsidP="00CE0A22">
      <w:pPr>
        <w:spacing w:after="0" w:line="360" w:lineRule="auto"/>
        <w:jc w:val="both"/>
        <w:rPr>
          <w:lang w:val="hu-HU"/>
        </w:rPr>
      </w:pPr>
      <w:r w:rsidRPr="00FB07A1">
        <w:rPr>
          <w:lang w:val="hu-HU"/>
        </w:rPr>
        <w:t>Nagyon jól éreztük magunkat, és hálásak vagyunk, hogy részesei lehettünk ennek az utazásnak!</w:t>
      </w:r>
      <w:r w:rsidRPr="00FB07A1">
        <w:rPr>
          <w:lang w:val="hu-HU"/>
        </w:rPr>
        <w:br/>
      </w:r>
    </w:p>
    <w:p w:rsidR="00FB07A1" w:rsidRPr="00FB07A1" w:rsidRDefault="00FB07A1" w:rsidP="00CE0A22">
      <w:pPr>
        <w:spacing w:after="0" w:line="360" w:lineRule="auto"/>
        <w:jc w:val="both"/>
        <w:rPr>
          <w:lang w:val="hu-HU"/>
        </w:rPr>
      </w:pPr>
    </w:p>
    <w:sectPr w:rsidR="00FB07A1" w:rsidRPr="00FB07A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C1F09"/>
    <w:rsid w:val="00AA1D8D"/>
    <w:rsid w:val="00B47730"/>
    <w:rsid w:val="00CB0664"/>
    <w:rsid w:val="00CE0A22"/>
    <w:rsid w:val="00D23003"/>
    <w:rsid w:val="00DE2033"/>
    <w:rsid w:val="00FB07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09F19C3-4188-4F23-B5D0-3F329C8ED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88145-7DCD-4A28-8ED0-3CEDA8F2A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Tenzi</cp:lastModifiedBy>
  <cp:revision>4</cp:revision>
  <dcterms:created xsi:type="dcterms:W3CDTF">2025-11-05T06:47:00Z</dcterms:created>
  <dcterms:modified xsi:type="dcterms:W3CDTF">2025-11-07T11:09:00Z</dcterms:modified>
  <cp:category/>
</cp:coreProperties>
</file>