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936" w:rsidRDefault="00381936" w:rsidP="00381936">
      <w:pPr>
        <w:spacing w:line="360" w:lineRule="auto"/>
        <w:rPr>
          <w:rFonts w:ascii="Times New Roman" w:hAnsi="Times New Roman" w:cs="Times New Roman"/>
          <w:sz w:val="24"/>
          <w:szCs w:val="24"/>
          <w:lang w:val="hu-HU"/>
        </w:rPr>
      </w:pPr>
      <w:r w:rsidRPr="00381936">
        <w:rPr>
          <w:rFonts w:ascii="Times New Roman" w:hAnsi="Times New Roman" w:cs="Times New Roman"/>
          <w:b/>
          <w:sz w:val="24"/>
          <w:szCs w:val="24"/>
          <w:lang w:val="hu-HU"/>
        </w:rPr>
        <w:t>Sándor Raul-</w:t>
      </w:r>
      <w:r w:rsidR="004438CC" w:rsidRPr="00381936">
        <w:rPr>
          <w:rFonts w:ascii="Times New Roman" w:hAnsi="Times New Roman" w:cs="Times New Roman"/>
          <w:b/>
          <w:sz w:val="24"/>
          <w:szCs w:val="24"/>
          <w:lang w:val="hu-HU"/>
        </w:rPr>
        <w:t>Benjámin</w:t>
      </w:r>
      <w:r w:rsidRPr="00381936">
        <w:rPr>
          <w:rFonts w:ascii="Times New Roman" w:hAnsi="Times New Roman" w:cs="Times New Roman"/>
          <w:b/>
          <w:sz w:val="24"/>
          <w:szCs w:val="24"/>
          <w:lang w:val="hu-HU"/>
        </w:rPr>
        <w:t>, TT, 1 év</w:t>
      </w:r>
    </w:p>
    <w:p w:rsidR="00381936" w:rsidRDefault="004438CC" w:rsidP="00381936">
      <w:pPr>
        <w:spacing w:after="0" w:line="360" w:lineRule="auto"/>
        <w:jc w:val="both"/>
        <w:rPr>
          <w:rFonts w:ascii="Times New Roman" w:hAnsi="Times New Roman" w:cs="Times New Roman"/>
          <w:sz w:val="24"/>
          <w:szCs w:val="24"/>
          <w:lang w:val="hu-HU"/>
        </w:rPr>
      </w:pPr>
      <w:r w:rsidRPr="00381936">
        <w:rPr>
          <w:rFonts w:ascii="Times New Roman" w:hAnsi="Times New Roman" w:cs="Times New Roman"/>
          <w:sz w:val="24"/>
          <w:szCs w:val="24"/>
          <w:lang w:val="hu-HU"/>
        </w:rPr>
        <w:t>Vasárnap kora reggel indultunk autóbusszal Budapestre, és a hosszú, de jó hangulatú utazás után kora estére érkeztünk meg a szállásra. Mindenki izgatottan várta a következő napokat, hiszen tudtuk, hogy tartalmas és élményekkel teli hét áll előttünk.</w:t>
      </w:r>
    </w:p>
    <w:p w:rsidR="004438CC" w:rsidRDefault="004438CC" w:rsidP="004438CC">
      <w:pPr>
        <w:spacing w:after="0" w:line="360" w:lineRule="auto"/>
        <w:jc w:val="both"/>
        <w:rPr>
          <w:rFonts w:ascii="Times New Roman" w:hAnsi="Times New Roman" w:cs="Times New Roman"/>
          <w:sz w:val="24"/>
          <w:szCs w:val="24"/>
          <w:lang w:val="hu-HU"/>
        </w:rPr>
      </w:pPr>
      <w:r w:rsidRPr="00381936">
        <w:rPr>
          <w:rFonts w:ascii="Times New Roman" w:hAnsi="Times New Roman" w:cs="Times New Roman"/>
          <w:sz w:val="24"/>
          <w:szCs w:val="24"/>
          <w:lang w:val="hu-HU"/>
        </w:rPr>
        <w:t>Hétfőn tömegközlekedéssel utaztunk a Testnevelési Egyetemre, ahol az egyetemi vezetőség fogadott bennünket. Bemutatták az egyetem történetét, az ott zajló képzéseket, és meséltek az egyetemi élet mindennapjairól is. Kérdéseket tehettünk fel, majd körbevezettek minket a különböző épületekben és sportlétesítményekben. Az ebédet az egyetemi menzán fogyasztottuk el, majd egy rövid pihenő után városnézésre indultunk. Idegenvezetőnk segítségével megismerkedtünk a Hősök terével és a környező nevezetességekkel – nagyon érdekes és tanulságos délután volt.</w:t>
      </w:r>
    </w:p>
    <w:p w:rsidR="004438CC" w:rsidRDefault="004438CC" w:rsidP="004438CC">
      <w:pPr>
        <w:spacing w:after="0" w:line="360" w:lineRule="auto"/>
        <w:jc w:val="both"/>
        <w:rPr>
          <w:rFonts w:ascii="Times New Roman" w:hAnsi="Times New Roman" w:cs="Times New Roman"/>
          <w:sz w:val="24"/>
          <w:szCs w:val="24"/>
          <w:lang w:val="hu-HU"/>
        </w:rPr>
      </w:pPr>
      <w:r w:rsidRPr="00381936">
        <w:rPr>
          <w:rFonts w:ascii="Times New Roman" w:hAnsi="Times New Roman" w:cs="Times New Roman"/>
          <w:sz w:val="24"/>
          <w:szCs w:val="24"/>
          <w:lang w:val="hu-HU"/>
        </w:rPr>
        <w:t>Kedden a Csörsz utcai létesítményt látogattuk meg, amely egy modern, jól felszerelt helyszín. Itt lehetőségünk volt kipróbálni a különböző edzőgépeket és egy közös edzést is végeztünk, ami igazán felejthetetlen élmény volt. Ebéd után a délutánt szabadon, a város felfedezésével töltöttük.</w:t>
      </w:r>
    </w:p>
    <w:p w:rsidR="004438CC" w:rsidRDefault="004438CC" w:rsidP="004438CC">
      <w:pPr>
        <w:spacing w:after="0" w:line="360" w:lineRule="auto"/>
        <w:jc w:val="both"/>
        <w:rPr>
          <w:rFonts w:ascii="Times New Roman" w:hAnsi="Times New Roman" w:cs="Times New Roman"/>
          <w:sz w:val="24"/>
          <w:szCs w:val="24"/>
          <w:lang w:val="hu-HU"/>
        </w:rPr>
      </w:pPr>
      <w:r w:rsidRPr="00381936">
        <w:rPr>
          <w:rFonts w:ascii="Times New Roman" w:hAnsi="Times New Roman" w:cs="Times New Roman"/>
          <w:sz w:val="24"/>
          <w:szCs w:val="24"/>
          <w:lang w:val="hu-HU"/>
        </w:rPr>
        <w:t xml:space="preserve">Szerdán az MTK Sándor Károly Labdarúgó Akadémiára látogattunk el. Számomra ez volt a hét legizgalmasabb programja, hiszen korábban magam is futballoztam, így különösen érdekes volt betekinteni egy profi akadémiai rendszer működésébe. Megismerhettük, hogyan nevelik a fiatal játékosokat, mire helyeznek hangsúlyt a képzés során, és egy hasznos előadást hallgattunk meg a kondicionális képességek fejlesztéséről. A program végén még az NB </w:t>
      </w:r>
      <w:proofErr w:type="spellStart"/>
      <w:r w:rsidRPr="00381936">
        <w:rPr>
          <w:rFonts w:ascii="Times New Roman" w:hAnsi="Times New Roman" w:cs="Times New Roman"/>
          <w:sz w:val="24"/>
          <w:szCs w:val="24"/>
          <w:lang w:val="hu-HU"/>
        </w:rPr>
        <w:t>I-es</w:t>
      </w:r>
      <w:proofErr w:type="spellEnd"/>
      <w:r w:rsidRPr="00381936">
        <w:rPr>
          <w:rFonts w:ascii="Times New Roman" w:hAnsi="Times New Roman" w:cs="Times New Roman"/>
          <w:sz w:val="24"/>
          <w:szCs w:val="24"/>
          <w:lang w:val="hu-HU"/>
        </w:rPr>
        <w:t xml:space="preserve"> csapat edzésébe is bepillanthattunk.</w:t>
      </w:r>
    </w:p>
    <w:p w:rsidR="004438CC" w:rsidRDefault="004438CC" w:rsidP="004438CC">
      <w:pPr>
        <w:spacing w:after="0" w:line="360" w:lineRule="auto"/>
        <w:jc w:val="both"/>
        <w:rPr>
          <w:rFonts w:ascii="Times New Roman" w:hAnsi="Times New Roman" w:cs="Times New Roman"/>
          <w:sz w:val="24"/>
          <w:szCs w:val="24"/>
          <w:lang w:val="hu-HU"/>
        </w:rPr>
      </w:pPr>
      <w:r w:rsidRPr="00381936">
        <w:rPr>
          <w:rFonts w:ascii="Times New Roman" w:hAnsi="Times New Roman" w:cs="Times New Roman"/>
          <w:sz w:val="24"/>
          <w:szCs w:val="24"/>
          <w:lang w:val="hu-HU"/>
        </w:rPr>
        <w:t>Csütörtökön ismét a Testnevelési Egyetemre látogattunk, ahol ezúttal a küzdősportok világába nyerhettünk betekintést. Részt vettünk egy bemutatón, majd néhány tanórán is, ahol ezeket a sportágakat oktatták. A délutánt pihenéssel és városi sétával töltöttük.</w:t>
      </w:r>
    </w:p>
    <w:p w:rsidR="004438CC" w:rsidRDefault="004438CC" w:rsidP="004438CC">
      <w:pPr>
        <w:spacing w:after="0" w:line="360" w:lineRule="auto"/>
        <w:jc w:val="both"/>
        <w:rPr>
          <w:rFonts w:ascii="Times New Roman" w:hAnsi="Times New Roman" w:cs="Times New Roman"/>
          <w:sz w:val="24"/>
          <w:szCs w:val="24"/>
          <w:lang w:val="hu-HU"/>
        </w:rPr>
      </w:pPr>
      <w:r w:rsidRPr="00381936">
        <w:rPr>
          <w:rFonts w:ascii="Times New Roman" w:hAnsi="Times New Roman" w:cs="Times New Roman"/>
          <w:sz w:val="24"/>
          <w:szCs w:val="24"/>
          <w:lang w:val="hu-HU"/>
        </w:rPr>
        <w:t>Pénteken a Nemzeti Közszolgálati Egyetemre látogattunk el. Az ottani vezetők részletesen bemutatták az intézményt, az oktatás rendszerét és az egyetemi élet sajátosságait. Nagyon érdekes és hasznos program volt. Délután még egyszer utoljára bejártuk a főváros néhány nevezetességét, majd szombat reggel útnak indultunk hazafelé.</w:t>
      </w:r>
    </w:p>
    <w:p w:rsidR="004B0FF1" w:rsidRDefault="004B0FF1" w:rsidP="004438CC">
      <w:pPr>
        <w:spacing w:after="0" w:line="360" w:lineRule="auto"/>
        <w:jc w:val="both"/>
        <w:rPr>
          <w:rFonts w:ascii="Times New Roman" w:hAnsi="Times New Roman" w:cs="Times New Roman"/>
          <w:sz w:val="24"/>
          <w:szCs w:val="24"/>
          <w:lang w:val="hu-HU"/>
        </w:rPr>
      </w:pPr>
      <w:r>
        <w:rPr>
          <w:rFonts w:ascii="Times New Roman" w:hAnsi="Times New Roman" w:cs="Times New Roman"/>
          <w:sz w:val="24"/>
          <w:szCs w:val="24"/>
          <w:lang w:val="hu-HU"/>
        </w:rPr>
        <w:t>Szombat a hazaindulás és utazással telt. Hazafele út is jó hangulatba, sok beszélgetéssel telt.</w:t>
      </w:r>
    </w:p>
    <w:p w:rsidR="004B0FF1" w:rsidRDefault="004B0FF1" w:rsidP="004438CC">
      <w:pPr>
        <w:spacing w:after="0" w:line="360" w:lineRule="auto"/>
        <w:jc w:val="both"/>
        <w:rPr>
          <w:rFonts w:ascii="Times New Roman" w:hAnsi="Times New Roman" w:cs="Times New Roman"/>
          <w:sz w:val="24"/>
          <w:szCs w:val="24"/>
          <w:lang w:val="hu-HU"/>
        </w:rPr>
      </w:pPr>
      <w:bookmarkStart w:id="0" w:name="_GoBack"/>
      <w:bookmarkEnd w:id="0"/>
    </w:p>
    <w:p w:rsidR="003D57BD" w:rsidRPr="00381936" w:rsidRDefault="004438CC" w:rsidP="00ED3D5E">
      <w:pPr>
        <w:spacing w:after="0" w:line="360" w:lineRule="auto"/>
        <w:jc w:val="both"/>
        <w:rPr>
          <w:rFonts w:ascii="Times New Roman" w:hAnsi="Times New Roman" w:cs="Times New Roman"/>
          <w:sz w:val="24"/>
          <w:szCs w:val="24"/>
          <w:lang w:val="hu-HU"/>
        </w:rPr>
      </w:pPr>
      <w:r w:rsidRPr="00381936">
        <w:rPr>
          <w:rFonts w:ascii="Times New Roman" w:hAnsi="Times New Roman" w:cs="Times New Roman"/>
          <w:sz w:val="24"/>
          <w:szCs w:val="24"/>
          <w:lang w:val="hu-HU"/>
        </w:rPr>
        <w:lastRenderedPageBreak/>
        <w:t>Ez a hét számomra felejthetetlen élményt nyújtott: sok új ismeretet szereztem, inspiráló emberekkel találkoztam, és számos maradandó emlékkel gazdagodtam. Köszönöm mindenkinek, aki részese volt ennek a csodálatos hétnek!</w:t>
      </w:r>
    </w:p>
    <w:sectPr w:rsidR="003D57BD" w:rsidRPr="00381936" w:rsidSect="003819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81936"/>
    <w:rsid w:val="003D57BD"/>
    <w:rsid w:val="004438CC"/>
    <w:rsid w:val="004B0FF1"/>
    <w:rsid w:val="00AA1D8D"/>
    <w:rsid w:val="00B47730"/>
    <w:rsid w:val="00CB0664"/>
    <w:rsid w:val="00ED3D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D39B2C4E-E209-4C69-A9FC-4587BF56B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7C993-44F6-48DF-9B92-C2263FAB6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Tenzi</cp:lastModifiedBy>
  <cp:revision>4</cp:revision>
  <dcterms:created xsi:type="dcterms:W3CDTF">2025-11-04T11:28:00Z</dcterms:created>
  <dcterms:modified xsi:type="dcterms:W3CDTF">2025-11-10T09:09:00Z</dcterms:modified>
  <cp:category/>
</cp:coreProperties>
</file>